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заявления о возврате денежных средств при закрытии счета по 115-ФЗ</w:t>
      </w:r>
    </w:p>
    <w:p>
      <w:r>
        <w:t>В [наименование банка]</w:t>
      </w:r>
    </w:p>
    <w:p>
      <w:r>
        <w:t>От: ФИО</w:t>
      </w:r>
    </w:p>
    <w:p>
      <w:r>
        <w:t>Паспорт: ___________________</w:t>
      </w:r>
    </w:p>
    <w:p>
      <w:r>
        <w:t>Телефон: ___________________</w:t>
      </w:r>
    </w:p>
    <w:p>
      <w:r>
        <w:t>Дата: ___________________</w:t>
      </w:r>
    </w:p>
    <w:p>
      <w:pPr>
        <w:pStyle w:val="Heading2"/>
      </w:pPr>
      <w:r>
        <w:t>Заявление о возврате денежных средств</w:t>
      </w:r>
    </w:p>
    <w:p>
      <w:r>
        <w:t>В связи с закрытием банковского счета прошу перечислить остаток денежных средств, находящихся на счете, на следующие банковские реквизиты:</w:t>
        <w:br/>
        <w:br/>
        <w:t>Получатель: ___________________</w:t>
        <w:br/>
        <w:t>Номер счета: ___________________</w:t>
        <w:br/>
        <w:t>Банк получателя: ___________________</w:t>
        <w:br/>
        <w:t>БИК: ___________________</w:t>
        <w:br/>
        <w:t>Корреспондентский счет: ___________________</w:t>
        <w:br/>
        <w:br/>
        <w:t>Прошу перечислить остаток денежных средств после завершения необходимых банковских процедур.</w:t>
        <w:br/>
        <w:br/>
        <w:t>Настоящее заявление составлено в связи с закрытием банковского счета и возвратом принадлежащих мне денежных средств.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