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Образец пояснений по поступлениям из-за границы по 115-ФЗ</w:t>
      </w:r>
    </w:p>
    <w:p>
      <w:r>
        <w:rPr>
          <w:b/>
        </w:rPr>
        <w:t>В [наименование банка]</w:t>
        <w:br/>
        <w:br/>
      </w:r>
      <w:r>
        <w:t>От: ФИО</w:t>
        <w:br/>
        <w:t>Паспорт: ___________________</w:t>
        <w:br/>
        <w:t>Телефон: ___________________</w:t>
        <w:br/>
        <w:t>Дата: ___________________</w:t>
        <w:br/>
        <w:br/>
      </w:r>
      <w:r>
        <w:rPr>
          <w:b/>
        </w:rPr>
        <w:t>Пояснения по поступлениям денежных средств из-за границы</w:t>
        <w:br/>
        <w:br/>
      </w:r>
      <w:r>
        <w:t>В ответ на запрос банка о предоставлении пояснений относительно поступлений денежных средств на мой банковский счет сообщаю следующее.</w:t>
        <w:br/>
        <w:br/>
        <w:t>В период с __________ по __________ на мой банковский счет поступали денежные средства из-за границы.</w:t>
        <w:br/>
        <w:br/>
        <w:t>Указанные поступления связаны с ________________________________________________.</w:t>
        <w:br/>
        <w:br/>
        <w:t>Денежные средства получены на законных основаниях и являются оплатой за оказанные услуги, заработной платой, возвратом денежных средств, исполнением договорных обязательств либо получены по иному законному основанию.</w:t>
        <w:br/>
        <w:br/>
        <w:t>Поступления не связаны с переводом денежных средств в интересах третьих лиц, осуществлением посреднической деятельности либо иной деятельностью, противоречащей законодательству Российской Федерации.</w:t>
        <w:br/>
        <w:br/>
        <w:t>Для подтверждения изложенных обстоятельств прилагаю следующие документы:</w:t>
        <w:br/>
        <w:t>1. Банковские выписки;</w:t>
        <w:br/>
        <w:t>2. Договор (при наличии);</w:t>
        <w:br/>
        <w:t>3. Инвойсы (при наличии);</w:t>
        <w:br/>
        <w:t>4. Акты выполненных работ (при наличии);</w:t>
        <w:br/>
        <w:t>5. Таблицу поступлений;</w:t>
        <w:br/>
        <w:t>6. Иные подтверждающие документы.</w:t>
        <w:br/>
        <w:br/>
        <w:t>Прошу принять настоящее пояснение и приложенные документы к рассмотрению.</w:t>
        <w:br/>
        <w:br/>
        <w:t>С уважением,</w:t>
        <w:br/>
        <w:br/>
        <w:t>_____________________ /ФИО/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