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пояснений по переводам между своими счетами по 115-ФЗ</w:t>
      </w:r>
    </w:p>
    <w:p>
      <w:r>
        <w:t>В [наименование банка]</w:t>
      </w:r>
    </w:p>
    <w:p>
      <w:r>
        <w:t>От: ФИО</w:t>
      </w:r>
    </w:p>
    <w:p>
      <w:r>
        <w:t>Паспорт: ___________________</w:t>
      </w:r>
    </w:p>
    <w:p>
      <w:r>
        <w:t>Телефон: ___________________</w:t>
      </w:r>
    </w:p>
    <w:p>
      <w:r>
        <w:t>Дата: ___________________</w:t>
      </w:r>
    </w:p>
    <w:p>
      <w:pPr>
        <w:pStyle w:val="Heading2"/>
      </w:pPr>
      <w:r>
        <w:t>Пояснения по переводам между своими счетами</w:t>
      </w:r>
    </w:p>
    <w:p>
      <w:r>
        <w:t>В ответ на запрос банка сообщаю, что переводы денежных средств осуществлялись исключительно между моими собственными банковскими счетами.</w:t>
        <w:br/>
        <w:br/>
        <w:t>Все счета принадлежат мне, а переводы были связаны с распределением личных денежных средств, накоплениями, использованием разных банковских продуктов и иными законными личными финансовыми целями.</w:t>
        <w:br/>
        <w:br/>
        <w:t>Операции не связаны с предпринимательской деятельностью, посредническими услугами, переводами в интересах третьих лиц или транзитным движением денежных средств.</w:t>
        <w:br/>
        <w:br/>
        <w:t>Для подтверждения изложенных обстоятельств прилагаю банковские выписки по соответствующим счетам, таблицу переводов и иные подтверждающие документы.</w:t>
        <w:br/>
        <w:br/>
        <w:t>Прошу принять настоящее пояснение и приложенные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