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Образец пояснений для самозанятого по 115-ФЗ</w:t>
      </w:r>
    </w:p>
    <w:p>
      <w:r>
        <w:t>В [наименование банка]</w:t>
      </w:r>
    </w:p>
    <w:p>
      <w:r>
        <w:t>От: ФИО</w:t>
      </w:r>
    </w:p>
    <w:p>
      <w:r>
        <w:t>ИНН: ___________________</w:t>
      </w:r>
    </w:p>
    <w:p>
      <w:r>
        <w:t>Дата: ___________________</w:t>
      </w:r>
    </w:p>
    <w:p>
      <w:pPr>
        <w:pStyle w:val="Heading2"/>
      </w:pPr>
      <w:r>
        <w:t>Пояснения по деятельности самозанятого</w:t>
      </w:r>
    </w:p>
    <w:p>
      <w:r>
        <w:t>В ответ на запрос банка сообщаю, что поступления денежных средств связаны с моей деятельностью в качестве плательщика налога на профессиональный доход (самозанятого).</w:t>
        <w:br/>
        <w:br/>
        <w:t>Доходы получены за фактически оказанные услуги (выполненные работы) и подтверждаются чеками НПД, сведениями из приложения «Мой налог», договорами, перепиской с заказчиками и банковскими выписками.</w:t>
        <w:br/>
        <w:br/>
        <w:t>Все операции осуществлялись на законных основаниях и не связаны с деятельностью в интересах третьих лиц.</w:t>
        <w:br/>
        <w:br/>
        <w:t>Прошу принять настоящее пояснение и приложенные документы к рассмотрению.</w:t>
      </w:r>
    </w:p>
    <w:p>
      <w:r>
        <w:br/>
        <w:t>С уважением,</w:t>
        <w:br/>
        <w:br/>
        <w:t>_____________________ /ФИО/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