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Образец пояснений для ИП при запросе банка по 115-ФЗ</w:t>
      </w:r>
    </w:p>
    <w:p>
      <w:r>
        <w:t>В [наименование банка]</w:t>
      </w:r>
    </w:p>
    <w:p>
      <w:r>
        <w:t>От: ИП ___________________</w:t>
      </w:r>
    </w:p>
    <w:p>
      <w:r>
        <w:t>ИНН: ___________________</w:t>
      </w:r>
    </w:p>
    <w:p>
      <w:r>
        <w:t>ОГРНИП: ___________________</w:t>
      </w:r>
    </w:p>
    <w:p>
      <w:r>
        <w:t>Дата: ___________________</w:t>
      </w:r>
    </w:p>
    <w:p>
      <w:pPr>
        <w:pStyle w:val="Heading2"/>
      </w:pPr>
      <w:r>
        <w:t>Пояснения по операциям ИП</w:t>
      </w:r>
    </w:p>
    <w:p>
      <w:r>
        <w:t>В ответ на запрос банка сообщаю, что операции по расчетному счету ИП осуществлялись в рамках законной предпринимательской деятельности.</w:t>
        <w:br/>
        <w:br/>
        <w:t>Все поступления и списания денежных средств имеют документальное подтверждение и связаны с оказанием услуг, продажей товаров, выполнением работ или иной законной хозяйственной деятельностью.</w:t>
        <w:br/>
        <w:br/>
        <w:t>Для подтверждения изложенных обстоятельств прилагаю банковские выписки, договоры, счета, акты, чеки, таблицу операций и иные подтверждающие документы.</w:t>
        <w:br/>
        <w:br/>
        <w:t>Прошу принять настоящее пояснение и приложенные документы к рассмотрению.</w:t>
      </w:r>
    </w:p>
    <w:p>
      <w:r>
        <w:br/>
        <w:t>С уважением,</w:t>
        <w:br/>
        <w:br/>
        <w:t>_____________________ /ФИО/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