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ответа банку при запросе документов за 6 месяцев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Ответ на запрос банка</w:t>
      </w:r>
    </w:p>
    <w:p>
      <w:r>
        <w:t>В ответ на запрос банка о предоставлении документов за последние шесть месяцев сообщаю следующее.</w:t>
        <w:br/>
        <w:br/>
        <w:t>Представляю документы, подтверждающие происхождение денежных средств и характер операций по моему банковскому счету за указанный период. Все операции осуществлялись на законных основаниях и связаны с личной финансовой деятельностью, оказанием услуг, продажей имущества, возвратом личных средств либо иными законными операциями.</w:t>
        <w:br/>
        <w:br/>
        <w:t>К ответу прилагаю банковские выписки, договоры, акты, расписки, инвойсы, таблицу операций и иные подтверждающие документы.</w:t>
        <w:br/>
        <w:br/>
        <w:t>Прошу принять представленные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