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Образец ответа банку при повторном запросе документов по 115-ФЗ</w:t>
      </w:r>
    </w:p>
    <w:p>
      <w:r>
        <w:t>В [наименование банка]</w:t>
      </w:r>
    </w:p>
    <w:p>
      <w:r>
        <w:t>От: ФИО</w:t>
      </w:r>
    </w:p>
    <w:p>
      <w:r>
        <w:t>Паспорт: ___________________</w:t>
      </w:r>
    </w:p>
    <w:p>
      <w:r>
        <w:t>Телефон: ___________________</w:t>
      </w:r>
    </w:p>
    <w:p>
      <w:r>
        <w:t>Дата: ___________________</w:t>
      </w:r>
    </w:p>
    <w:p>
      <w:pPr>
        <w:pStyle w:val="Heading2"/>
      </w:pPr>
      <w:r>
        <w:t>Ответ на повторный запрос документов</w:t>
      </w:r>
    </w:p>
    <w:p>
      <w:r>
        <w:t>В ответ на повторный запрос банка о предоставлении документов сообщаю следующее.</w:t>
        <w:br/>
        <w:br/>
        <w:t>Ранее мною уже были представлены документы и письменные пояснения по операциям. Дополнительно направляю уточненные документы и пояснения, подтверждающие происхождение денежных средств, экономический смысл операций и основания совершения соответствующих переводов.</w:t>
        <w:br/>
        <w:br/>
        <w:t>Все операции осуществлялись на законных основаниях и подтверждаются приложенными документами. Прошу принять настоящее пояснение и приложенные материалы к рассмотрению.</w:t>
      </w:r>
    </w:p>
    <w:p>
      <w:r>
        <w:br/>
        <w:t>С уважением,</w:t>
        <w:br/>
        <w:br/>
        <w:t>_____________________ /ФИО/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