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В ПАО «Банк»</w:t>
      </w:r>
    </w:p>
    <w:p>
      <w:r>
        <w:rPr>
          <w:b w:val="0"/>
        </w:rPr>
        <w:t>От Иванова Ивана Ивановича</w:t>
        <w:br/>
        <w:t>ИНН 770000000000</w:t>
        <w:br/>
        <w:t>Счет № 40817XXXXXXXXXXXXXX</w:t>
      </w:r>
    </w:p>
    <w:p>
      <w:pPr>
        <w:jc w:val="center"/>
      </w:pPr>
      <w:r>
        <w:rPr>
          <w:b/>
          <w:sz w:val="28"/>
        </w:rPr>
        <w:t>Пояснительная записка</w:t>
        <w:br/>
        <w:t>по операциям по банковскому счету</w:t>
      </w:r>
    </w:p>
    <w:p>
      <w:r>
        <w:rPr>
          <w:b w:val="0"/>
        </w:rPr>
        <w:t>В ответ на запрос банка от 15 августа 2026 года № 12345 сообщаю следующие сведения относительно операций по моему счету за период с 1 июня 2026 года по 31 июля 2026 года.</w:t>
      </w:r>
    </w:p>
    <w:p>
      <w:r>
        <w:rPr>
          <w:b/>
        </w:rPr>
        <w:t>1. Общая характеристика операций</w:t>
      </w:r>
    </w:p>
    <w:p>
      <w:r>
        <w:rPr>
          <w:b w:val="0"/>
        </w:rPr>
        <w:t>В указанный период по моему счету осуществлялись операции, связанные исключительно с личными целями. Основными источниками поступлений являлись заработная плата, денежные средства от продажи принадлежащего мне имущества, а также возврат денежных средств, ранее переданных родственнику в долг.</w:t>
        <w:br/>
        <w:br/>
        <w:t>Переводы между физическими лицами не являлись оплатой товаров или услуг, не осуществлялись в интересах третьих лиц и не были связаны с ведением предпринимательской деятельности.</w:t>
      </w:r>
    </w:p>
    <w:p>
      <w:r>
        <w:rPr>
          <w:b/>
        </w:rPr>
        <w:t>2. Источник происхождения денежных средств</w:t>
      </w:r>
    </w:p>
    <w:p>
      <w:r>
        <w:rPr>
          <w:b w:val="0"/>
        </w:rPr>
        <w:t>Основным источником денежных средств является моя заработная плата по месту работы в ООО «Компания». Получение дохода подтверждается справкой о доходах и выпиской по счету.</w:t>
        <w:br/>
        <w:br/>
        <w:t>Кроме того, 20 июня 2026 года на счет поступили 350 000 рублей от Петрова Петра Петровича. Указанная сумма является оплатой по договору купли-продажи принадлежащего мне автомобиля. К пояснениям прилагаются договор купли-продажи и документы, подтверждающие получение денежных средств.</w:t>
        <w:br/>
        <w:br/>
        <w:t>10 июля 2026 года от Сидорова Сергея Сергеевича поступило 100 000 рублей. Данные средства являются возвратом ранее предоставленного мной займа. В подтверждение прилагается расписка.</w:t>
      </w:r>
    </w:p>
    <w:p>
      <w:r>
        <w:rPr>
          <w:b/>
        </w:rPr>
        <w:t>3. Пояснения по операциям</w:t>
      </w:r>
    </w:p>
    <w:p>
      <w:r>
        <w:rPr>
          <w:b w:val="0"/>
        </w:rPr>
        <w:t>20.06.2026 — поступление 350 000 рублей от Петрова Петра Петровича. Основание: оплата автомобиля по договору купли-продажи от 20.06.2026.</w:t>
        <w:br/>
        <w:br/>
        <w:t>10.07.2026 — поступление 100 000 рублей от Сидорова Сергея Сергеевича. Основание: возврат денежных средств по ранее предоставленному займу.</w:t>
        <w:br/>
        <w:br/>
        <w:t>12.07.2026 — перевод 45 000 рублей Сидорову Сергею Сергеевичу. Перевод связан с возвратом части денежных средств, полученных ранее для оплаты совместных личных расходов.</w:t>
        <w:br/>
        <w:br/>
        <w:t>Остальные операции по счету связаны преимущественно с оплатой товаров и услуг для личных нужд: продукты питания, связь, коммунальные услуги, транспорт и иные повседневные расходы.</w:t>
      </w:r>
    </w:p>
    <w:p>
      <w:r>
        <w:rPr>
          <w:b/>
        </w:rPr>
        <w:t>4. Экономический смысл операций</w:t>
      </w:r>
    </w:p>
    <w:p>
      <w:r>
        <w:rPr>
          <w:b w:val="0"/>
        </w:rPr>
        <w:t>Операции по счету имеют понятный личный экономический смысл и соответствуют моим фактическим доходам и расходам. Денежные средства поступали из указанных выше источников и использовались для личных целей.</w:t>
        <w:br/>
        <w:br/>
        <w:t>Транзитное перечисление денежных средств в интересах неизвестных мне лиц не осуществлялось. Операции не связаны с обналичиванием денежных средств, приемом оплаты за товары или услуги от неограниченного круга лиц либо с использованием моего счета для расчетов третьих лиц.</w:t>
      </w:r>
    </w:p>
    <w:p>
      <w:r>
        <w:rPr>
          <w:b/>
        </w:rPr>
        <w:t>5. Подтверждающие документы</w:t>
      </w:r>
    </w:p>
    <w:p>
      <w:r>
        <w:rPr>
          <w:b w:val="0"/>
        </w:rPr>
        <w:t>К пояснительной записке прилагаю:</w:t>
        <w:br/>
        <w:t>1. Справку о доходах.</w:t>
        <w:br/>
        <w:t>2. Выписку по счету за запрошенный банком период.</w:t>
        <w:br/>
        <w:t>3. Договор купли-продажи автомобиля от 20.06.2026.</w:t>
        <w:br/>
        <w:t>4. Документ, подтверждающий передачу автомобиля покупателю.</w:t>
        <w:br/>
        <w:t>5. Расписку о предоставлении займа.</w:t>
        <w:br/>
        <w:t>6. Иные документы по операциям, которые могут потребоваться для подтверждения изложенных обстоятельств.</w:t>
      </w:r>
    </w:p>
    <w:p>
      <w:r>
        <w:rPr>
          <w:b/>
        </w:rPr>
        <w:t>6. Заключение</w:t>
      </w:r>
    </w:p>
    <w:p>
      <w:r>
        <w:rPr>
          <w:b w:val="0"/>
        </w:rPr>
        <w:t>Настоящим подтверждаю, что изложенные сведения соответствуют фактическим обстоятельствам совершения операций по моему счету.</w:t>
        <w:br/>
        <w:br/>
        <w:t>Готов предоставить банку дополнительные пояснения и документы, относящиеся к указанным операциям, если это потребуется для их рассмотрения.</w:t>
      </w:r>
    </w:p>
    <w:p>
      <w:r>
        <w:rPr>
          <w:b w:val="0"/>
        </w:rPr>
        <w:t>Дата: 28.08.2026</w:t>
        <w:br/>
        <w:br/>
        <w:t>_____________________ / Иванов И.И.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